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מידעי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מנומקים על בעל חיים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אצל צבי הים האם הולכת והצבים מסתדרים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הנקבה מטילה את הביצים לכיס של הזכר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(מחזיק את הביצה על הרגליים כחודשיים)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(נושא את הביצים בכיס)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(עוזרות לשמור על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(מוצאת את הגור לפי קול וריח)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השלבים אצל הפינגווין הקיסרי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מטילה ביצה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האם יוצאת לים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האב מחזיק את הביצה על הרגליים כחודשיים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האפרוח בוקע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התנינה מחזיקה את הגורים בפה בעדינות למרות השיניים החדות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לא יכול לעזוב את הביצה כדי ללכת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גם אבות שומרים: הורות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ההורה המפתיע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מציין/ת בעל חיים מהטקסט, מתאר/ת בדיוק מה הוא עושה לפי הטקסט, ומסביר/ה בנימוק סביר למה זה מפתיע, תוך שימוש במילת קישור אחת לפחות.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הקול והריח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שמזכיר בעל חיים מהטקסט ופעולה שהוא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יחד על סדר האירועים אצל הפינגווין לפני המשימה של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שיתוף בעל פה לפני הכתיבה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נקרא על דרכים שונות ומפתיעות שבהן הורים בעולם החיות שומרים על הצאצאים שלהם – מהפינגווין הקיסרי ועד התנינה.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חודשים  ·  ביצה  ·  כיס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אצל כל בעלי החיים ההורים שומרים על הצאצאים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אצל הפינגווין הקיסרי האב מחזיק את הביצה על הרגליים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אצל סוסון הים הזכר נושא את הביצים בכיס בבטן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אבא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מוצאת את הגור לפי קול וריח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אבא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מחזיק את הביצה על הרגליים כחודשיים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הדודות בעדר הפילים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נושא את הביצים בכיס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אמא עטלפה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עוזרות לשמור על הפילון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סדרו את השלבים אצל הפינגווין הקיסרי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האפרוח בוקע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מחזיק את הביצה על הרגליים כחודשיים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מטילה ביצה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יוצאת לים לאכול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הכותרת של הפסקה על התנין היא 'שיניים עדינות'?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לתנין אין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התנינה מחזיקה את הגורים בפה בעדינות למרות השיניים החדות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התנינה מצחצחת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כנראה הסיבה שהאב פינגווין לא אוכל כחודשיים?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לא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לא יכול לעזוב את הביצה כדי ללכת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אוכל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כותרת אחרת מתאימה לטקסט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צבים שוחים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אבות שומרים: הורות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המערה החשוכה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אצל הפינגווין הקיסרי האם מטילה __________ אחת ויוצאת לים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אצל סוסון הים הזכר נושא את הביצים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הפילה נושאת את העובר כ-22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כותבים: ההורה המפתיע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הורה מהטקסט הפתיע אתכם הכי הרבה? כתבו 3-4 משפטים: מי ההורה, מה הוא עושה, ולמה זה הפתיע אתכם. השתמשו במילת קישור כמו 'כי' או 'בגלל 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מחזיק את הביצה אצל הפינגווין הקיסרי?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