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הורים מכל הסוגים – הורות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מידע בטקסט מידעי על בעלי 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להסיק מסקנות מתוך פרטי מידע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מנומקים על בעל חיים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אצל צבי הים האם הולכת והצבים מסתדרים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בטקסט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הנקבה מטילה את הביצים לכיס של הזכר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ההיריון נמשך כ-22 חודשים, כמעט שנתיים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בפסקה על העטלפים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היא אוספת אותם בעדינות ומעבירה אותם למים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נכון – כתוב שהוא חי באנטארקטיקה הקפואה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לא נכון – גם הדודות, האחיות והסבתות עוזרות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מי עושה מה?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(מחזיק את הביצה על הרגליים כחודשיים)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(נושא את הביצים בכיס)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(עוזרות לשמור על הפילון)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(מוצאת את הגור לפי קול וריח)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(מעבירה את הגורים בפה אל המים)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סדרו את השלבים אצל הפינגווין הקיסרי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האם מטילה ביצה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האם יוצאת לים לאכול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האב מחזיק את הביצה על הרגליים כחודשיים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האפרוח בוקע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ההורים מזהים את האפרוח לפי הקול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בוחרים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התנינה מחזיקה את הגורים בפה בעדינות למרות השיניים החדות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שניהם מזהים את הצאצא בעזרת הקול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הוא לא יכול לעזוב את הביצה כדי ללכת 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כדי להראות שיש בטבע דרכים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גם אבות שומרים: הורות בטבע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כ-22 חודשים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מילים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כותבים: ההורה המפתיע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מציין/ת בעל חיים מהטקסט, מתאר/ת בדיוק מה הוא עושה לפי הטקסט, ומסביר/ה בנימוק סביר למה זה מפתיע, תוך שימוש במילת קישור אחת לפחות.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לפי הקול והריח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שמזכיר בעל חיים מהטקסט ופעולה שהוא עושה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כל פסקה בקול לפני המענה על השאלות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לחזור יחד על סדר האירועים אצל הפינגווין לפני המשימה של הסידור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אפשר לאפשר שיתוף בעל פה לפני הכתיבה בכתב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הורים מכל הסוגים – הורות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נקרא טקסט קצר על הורים של בעלי חיים. כל בעל חיים שומר על הילדים שלו בדרך אחרת.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צאצאים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הילדים של בעל החיים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להטיל ביצה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להוציא ביצה מהגוף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לבקוע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לצאת מהביצה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עדר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גדולה של בעלי חיים חיים ביחד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שוכבים הגורים הקטנים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לזהות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להכיר מי 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אפרוח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גור פינגווין קטן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תינוק שעדיין לא נולד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אצל כל בעלי החיים ההורים שומרים על הצאצאים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אצל הפינגווין הקיסרי האב מחזיק את הביצה על הרגליים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אצל סוסון הים הזכר נושא את הביצים בכיס בבטן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ההיריון של הפילה נמשך כחודשיים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עטלפה מוצאת את הגור שלה לפי הקול והריח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התנינה אוכלת את הגורים 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7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הפינגווין הקיסרי חי באזור קפוא וקר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8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אצל הפילים רק האם שומרת על הפילון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מי עושה מה?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אבא פינגווין קיסרי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עוזרות לשמור על הפילון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אבא סוסון 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מחזיק את הביצה על הרגליים כחודשיים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הדודות בעדר הפילים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נושא את הביצים בכיס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אמא עטלפה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מעבירה את הגורים בפה אל המים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אמא תנינה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מוצאת את הגור לפי קול וריח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סדרו את השלבים אצל הפינגווין הקיסרי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האפרוח בוקע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האב מחזיק את הביצה על הרגליים כחודשיים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האם יוצאת לים לאכול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ההורים מזהים את האפרוח לפי הקול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האם מטילה ביצה אחת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בוחרים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קוראים לפסקת התנין 'שיניים עדינות'?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לתנין אין שיניים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התנינה מחזיקה את הגורים בפה בעדינות למרות השיניים החדות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התנינה מצחצחת שיניים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הגורים נושכים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המשותף לפינגווין הקיסרי ולעטלפה?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שניהם חיים במערות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שניהם מזהים את הצאצא בעזרת הקול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 יולדים במים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שניהם לא אוכלים חודשיים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כנראה הסיבה שהאב פינגווין לא אוכל כחודשיים?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לא רעב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לא יכול לעזוב את הביצה כדי ללכת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אוכל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שכח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הכותב/ת התחיל/ה דווקא בצבי הים, שלא מטפלים בצאצאים?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להראות שיש בטבע דרכים שונות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צבי ים הם הכי חשובים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לסיים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צבים הם הורים טובים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כותרת אחרת מתאימה לטקסט כולו?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 צבים שוחים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גם אבות שומרים: הורות בטבע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המערה החשוכה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שיניים של תנין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זמן נמשך ההיריון של הפילה?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חודשיים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כ-22 חודשים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שנה אחת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מילים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אצל הפינגווין הקיסרי האם מטילה __________ אחת ויוצאת לים לאכול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אצל סוסון הים הזכר נושא את הביצים בתוך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הפילה נושאת את העובר כ-22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אם עטלפה מוצאת את הגור שלה בעזרת הקול וה__________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אם התנין אוספת את הגורים בעדינות בתוך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כותבים: ההורה המפתיע ביותר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הורה מהטקסט הפתיע אתכם הכי הרבה? כתבו 3-4 משפטים: מי ההורה, מה הוא עושה, ולמה זה הפתיע אתכם. השתמשו במילת קישור כמו 'כי' או 'בגלל ש'.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מחזיק את הביצה אצל הפינגווין הקיסרי?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אמא עטלפה מוצאת את הגור שלה?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על ההורה שהכי הפתיע אתכם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הורים מכל הסוגים – הורות בטבע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