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הורים מכל הסוגים – הורות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בטקסט מידעי על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מתוך פרטי מידע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מנומקים על בעל חיים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אצל צבי הים האם הולכת והצבים מסתדרים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הנקבה מטילה את הביצים לכיס של הזכר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ההיריון נמשך כ-22 חודשים, כמעט שנתיים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בפסקה על העטלפים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היא אוספת אותם בעדינות ומעבירה אותם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נכון – כתוב שהוא חי באנטארקטיקה הקפואה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לא נכון – גם הדודות, האחיות והסבתות עוזרות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עושה 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(מחזיק את הביצה על הרגליים כחודשיים)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(נושא את הביצים בכיס)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(עוזרות לשמור על הפילון)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(מוצאת את הגור לפי קול וריח)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(מעבירה את הגורים בפה אל המים)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סדרו את השלבים אצל הפינגווין הקיסרי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האם מטילה ביצה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האם יוצאת לים לאכול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האב מחזיק את הביצה על הרגליים כחודשיים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האפרוח בוקע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ההורים מזהים את האפרוח לפי הקול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בוחרים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התנינה מחזיקה את הגורים בפה בעדינות למרות השיניים החדות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שניהם מזהים את הצאצא בעזרת 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לא יכול לעזוב את הביצה כדי ללכת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להראות שיש בטבע דרכים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גם אבות שומרים: הורות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כ-22 חודשים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כותבים: ההורה המפתיע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מציין/ת בעל חיים מהטקסט, מתאר/ת בדיוק מה הוא עושה לפי הטקסט, ומסביר/ה בנימוק סביר למה זה מפתיע, תוך שימוש במילת קישור אחת לפחות.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הקול והריח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שמזכיר בעל חיים מהטקסט ופעולה שהוא עושה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פסקה בקול לפני המענה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יחד על סדר האירועים אצל הפינגווין לפני המשימה של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שיתוף בעל פה לפני הכתיבה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הורים מכל הסוגים – הורות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נקרא על דרכים שונות ומפתיעות שבהן הורים בעולם החיות שומרים על הצאצאים שלהם – מהפינגווין הקיסרי ועד התנינה.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כל בעלי החיים ההורים שומרים על הצאצאים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הפינגווין הקיסרי האב מחזיק את הביצה על הרגליים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סוסון הים הזכר נושא את הביצים בכיס בבטן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ההיריון של הפילה נמשך כחודשיים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עטלפה מוצאת את הגור שלה לפי הקול והריח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התנינה אוכלת את הגורים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הפינגווין הקיסרי חי באזור קפוא וקר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הפילים רק האם שומרת על הפילון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עושה 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אבא פינגווין קיסרי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עוזרות לשמור על הפילון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אבא סוסון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מוצאת את הגור לפי קול וריח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הדודות בעדר הפילים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מעבירה את הגורים בפה אל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אמא עטלפה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נושא את הביצים בכיס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אמא תנינה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מחזיק את הביצה על הרגליים כחודשיים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סדרו את השלבים אצל הפינגווין הקיסרי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האפרוח בוקע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 מחזיק את הביצה על הרגליים כחודשיים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מטילה ביצה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מזהים את האפרוח לפי הקול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יוצאת לים לאכול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בוחרים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הכותרת של הפסקה על התנין היא 'שיניים עדינות'?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לתנין אין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התנינה מחזיקה את הגורים בפה בעדינות למרות השיניים החדות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התנינה מצחצחת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הגורים נושכים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המשותף לפינגווין הקיסרי ולעטלפה?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חיים במערות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מזהים את הצאצא בעזרת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יולדים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לא אוכלים חודשיים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כנראה הסיבה שהאב פינגווין לא אוכל כחודשיים?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לא יכול לעזוב את הביצה כדי ללכת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אוכל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הכותב/ת התחיל/ה דווקא בצבי הים, שלא מטפלים בצאצאים?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להראות שיש בטבע דרכים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צבי ים הם הכי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לסיים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צבים הם הורים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כותרת אחרת מתאימה לטקסט כולו?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צבים שוחים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אבות שומרים: הורות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המערה החשוכה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שיניים של תנין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זמן נמשך ההיריון של הפילה?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חודשיים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כ-22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אצל הפינגווין הקיסרי האם מטילה __________ אחת ויוצאת לים לאכול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אצל סוסון הים הזכר נושא את הביצים בתוך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הפילה נושאת את העובר כ-22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עטלפה מוצאת את הגור שלה בעזרת הקול וה__________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התנין אוספת את הגורים בעדינות בתוך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כותבים: ההורה המפתיע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הורה מהטקסט הפתיע אתכם הכי הרבה? כתבו 3-4 משפטים: מי ההורה, מה הוא עושה, ולמה זה הפתיע אתכם. השתמשו במילת קישור כמו 'כי' או 'בגלל ש'.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מחזיק את הביצה אצל הפינגווין הקיסרי?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אמא עטלפה מוצאת את הגור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על ההורה שהכי הפתיע אתכם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הורים מכל הסוגים – הורות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